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5B9813" w14:textId="77777777" w:rsidR="004454A7" w:rsidRDefault="00000000">
      <w:pPr>
        <w:pStyle w:val="CVName"/>
      </w:pPr>
      <w:r>
        <w:t>AMANDA SUTHERLAND</w:t>
      </w:r>
    </w:p>
    <w:p w14:paraId="47E5D96F" w14:textId="77777777" w:rsidR="004454A7" w:rsidRDefault="00000000">
      <w:pPr>
        <w:pStyle w:val="CVSubtitle"/>
      </w:pPr>
      <w:r>
        <w:t>Theatre &amp; Film Maker</w:t>
      </w:r>
    </w:p>
    <w:p w14:paraId="57D34A92" w14:textId="77777777" w:rsidR="004454A7" w:rsidRDefault="00000000">
      <w:pPr>
        <w:pStyle w:val="CVSection"/>
        <w:keepNext/>
      </w:pPr>
      <w:r>
        <w:t>REPRESENTATION &amp; PROFESSIONAL ENQUIRIES</w:t>
      </w:r>
    </w:p>
    <w:p w14:paraId="5FE0954F" w14:textId="77777777" w:rsidR="004454A7" w:rsidRDefault="00000000">
      <w:pPr>
        <w:pStyle w:val="CVContact"/>
      </w:pPr>
      <w:r>
        <w:t>Acting representation: Tasmanian Talent Agency  |  admin@tastalent.com</w:t>
      </w:r>
      <w:r>
        <w:br/>
        <w:t>All other enquiries: amanda@amandasutherland.com.au  |  0422 303 527</w:t>
      </w:r>
    </w:p>
    <w:p w14:paraId="45CCE279" w14:textId="77777777" w:rsidR="004454A7" w:rsidRDefault="00000000">
      <w:pPr>
        <w:pStyle w:val="CVSection"/>
        <w:keepNext/>
      </w:pPr>
      <w:r>
        <w:t>Professional profile</w:t>
      </w:r>
    </w:p>
    <w:p w14:paraId="60190F93" w14:textId="77777777" w:rsidR="004454A7" w:rsidRDefault="00000000">
      <w:pPr>
        <w:pStyle w:val="CVDetail"/>
      </w:pPr>
      <w:r>
        <w:t>Multidisciplinary theatre and film practitioner working across performance, design and production. Experience includes character development, props, costumes, sound and lighting, screen production, producing and directing. Creative approach centres on how each element helps tell the story.</w:t>
      </w:r>
    </w:p>
    <w:p w14:paraId="3C776F84" w14:textId="77777777" w:rsidR="004454A7" w:rsidRDefault="00000000">
      <w:pPr>
        <w:pStyle w:val="CVSection"/>
        <w:keepNext/>
      </w:pPr>
      <w:r>
        <w:t>Theatre, musical theatre &amp; live performance</w:t>
      </w:r>
    </w:p>
    <w:p w14:paraId="4CFDF11F" w14:textId="77777777" w:rsidR="004454A7" w:rsidRDefault="00000000">
      <w:pPr>
        <w:pStyle w:val="CVCredit"/>
        <w:keepNext/>
      </w:pPr>
      <w:r>
        <w:t>2026  |  The Banana Bender — UTAS</w:t>
      </w:r>
    </w:p>
    <w:p w14:paraId="451807C1" w14:textId="77777777" w:rsidR="004454A7" w:rsidRDefault="00000000">
      <w:pPr>
        <w:pStyle w:val="CVDetail"/>
      </w:pPr>
      <w:r>
        <w:t>Actor: Kath and Ruth; costumes; props (bananas, peas, crayfish/lobsters).</w:t>
      </w:r>
    </w:p>
    <w:p w14:paraId="45EE5A9E" w14:textId="77777777" w:rsidR="004454A7" w:rsidRDefault="00000000">
      <w:pPr>
        <w:pStyle w:val="CVCredit"/>
        <w:keepNext/>
      </w:pPr>
      <w:r>
        <w:t>2026  |  Faux Fur — UTAS</w:t>
      </w:r>
    </w:p>
    <w:p w14:paraId="641741A1" w14:textId="77777777" w:rsidR="004454A7" w:rsidRDefault="00000000">
      <w:pPr>
        <w:pStyle w:val="CVDetail"/>
      </w:pPr>
      <w:r>
        <w:t>Actor: Argyle; co-writer; sound and lighting design; costume; technical work.</w:t>
      </w:r>
    </w:p>
    <w:p w14:paraId="6B3D9C58" w14:textId="77777777" w:rsidR="004454A7" w:rsidRDefault="00000000">
      <w:pPr>
        <w:pStyle w:val="CVCredit"/>
        <w:keepNext/>
      </w:pPr>
      <w:r>
        <w:t>2026  |  The Odyssey  — Studio Space Inclusive Theatre</w:t>
      </w:r>
    </w:p>
    <w:p w14:paraId="35A3DA86" w14:textId="77777777" w:rsidR="004454A7" w:rsidRDefault="00000000">
      <w:pPr>
        <w:pStyle w:val="CVDetail"/>
      </w:pPr>
      <w:r>
        <w:t>Sound and lighting design/operation</w:t>
      </w:r>
    </w:p>
    <w:p w14:paraId="6A031893" w14:textId="77777777" w:rsidR="004454A7" w:rsidRDefault="00000000">
      <w:pPr>
        <w:pStyle w:val="CVCredit"/>
        <w:keepNext/>
      </w:pPr>
      <w:r>
        <w:t>2025  |  A Tender Thing — Tasmanian Theatre Company</w:t>
      </w:r>
    </w:p>
    <w:p w14:paraId="13D2ADB3" w14:textId="77777777" w:rsidR="004454A7" w:rsidRDefault="00000000">
      <w:pPr>
        <w:pStyle w:val="CVDetail"/>
      </w:pPr>
      <w:r>
        <w:t>Sound operator; lighting design and operation; participated in the production’s mini tour of Northern Tasmania.</w:t>
      </w:r>
    </w:p>
    <w:p w14:paraId="145E6DE4" w14:textId="77777777" w:rsidR="004454A7" w:rsidRDefault="00000000">
      <w:pPr>
        <w:pStyle w:val="CVCredit"/>
        <w:keepNext/>
      </w:pPr>
      <w:r>
        <w:t>2024  |  Billy Can — Star Rae Productions</w:t>
      </w:r>
    </w:p>
    <w:p w14:paraId="05AA90B5" w14:textId="77777777" w:rsidR="004454A7" w:rsidRDefault="00000000">
      <w:pPr>
        <w:pStyle w:val="CVDetail"/>
      </w:pPr>
      <w:r>
        <w:t>Costumes.</w:t>
      </w:r>
    </w:p>
    <w:p w14:paraId="7B7E312A" w14:textId="77777777" w:rsidR="004454A7" w:rsidRDefault="00000000">
      <w:pPr>
        <w:pStyle w:val="CVCredit"/>
        <w:keepNext/>
      </w:pPr>
      <w:r>
        <w:t>2024  |  The Marvellous Wonderettes — Star Rae Productions</w:t>
      </w:r>
    </w:p>
    <w:p w14:paraId="3331080D" w14:textId="77777777" w:rsidR="004454A7" w:rsidRDefault="00000000">
      <w:pPr>
        <w:pStyle w:val="CVDetail"/>
      </w:pPr>
      <w:r>
        <w:t>Costumes.</w:t>
      </w:r>
    </w:p>
    <w:p w14:paraId="7B0EB4DC" w14:textId="77777777" w:rsidR="004454A7" w:rsidRDefault="00000000">
      <w:pPr>
        <w:pStyle w:val="CVCredit"/>
        <w:keepNext/>
      </w:pPr>
      <w:r>
        <w:t>2024  |  The Real Inspector Hound — Fawkes Student Theatre UTAS</w:t>
      </w:r>
    </w:p>
    <w:p w14:paraId="7E3D4977" w14:textId="77777777" w:rsidR="004454A7" w:rsidRDefault="00000000">
      <w:pPr>
        <w:pStyle w:val="CVDetail"/>
      </w:pPr>
      <w:r>
        <w:t>Technical operator.</w:t>
      </w:r>
    </w:p>
    <w:p w14:paraId="10384981" w14:textId="77777777" w:rsidR="004454A7" w:rsidRDefault="00000000">
      <w:pPr>
        <w:pStyle w:val="CVCredit"/>
        <w:keepNext/>
      </w:pPr>
      <w:r>
        <w:t>2023  |  Cinderella — Star Rae Productions</w:t>
      </w:r>
    </w:p>
    <w:p w14:paraId="5A68834C" w14:textId="77777777" w:rsidR="004454A7" w:rsidRDefault="00000000">
      <w:pPr>
        <w:pStyle w:val="CVDetail"/>
      </w:pPr>
      <w:r>
        <w:t>Actor: Baroness Cirohsis De La Foie (stepmother); lead costume designer; designed and constructed an illuminated Cinderella transformation costume for her onstage change from rags to ballgown.</w:t>
      </w:r>
    </w:p>
    <w:p w14:paraId="7681E59B" w14:textId="77777777" w:rsidR="004454A7" w:rsidRDefault="00000000">
      <w:pPr>
        <w:pStyle w:val="CVCredit"/>
        <w:keepNext/>
      </w:pPr>
      <w:r>
        <w:t>2022  |  Killers with Benefits — Emerge Productions</w:t>
      </w:r>
    </w:p>
    <w:p w14:paraId="705253D5" w14:textId="77777777" w:rsidR="004454A7" w:rsidRDefault="00000000">
      <w:pPr>
        <w:pStyle w:val="CVDetail"/>
      </w:pPr>
      <w:r>
        <w:t>Director.</w:t>
      </w:r>
    </w:p>
    <w:p w14:paraId="2166FB35" w14:textId="77777777" w:rsidR="004454A7" w:rsidRDefault="00000000">
      <w:pPr>
        <w:pStyle w:val="CVCredit"/>
        <w:keepNext/>
      </w:pPr>
      <w:r>
        <w:t>2022  |  A Day in the Park — Star Rae Productions</w:t>
      </w:r>
    </w:p>
    <w:p w14:paraId="06BFD83B" w14:textId="77777777" w:rsidR="004454A7" w:rsidRDefault="00000000">
      <w:pPr>
        <w:pStyle w:val="CVDetail"/>
      </w:pPr>
      <w:r>
        <w:t>Actor: Alice Viewers &amp; Owens</w:t>
      </w:r>
    </w:p>
    <w:p w14:paraId="08D6F6D9" w14:textId="77777777" w:rsidR="004454A7" w:rsidRDefault="00000000">
      <w:pPr>
        <w:pStyle w:val="CVCredit"/>
        <w:keepNext/>
      </w:pPr>
      <w:r>
        <w:t xml:space="preserve">2022  |  How to Fall Flat on Your Face — Emerge Productions/Star Rae Productions </w:t>
      </w:r>
    </w:p>
    <w:p w14:paraId="39C8AB23" w14:textId="77777777" w:rsidR="004454A7" w:rsidRDefault="00000000">
      <w:pPr>
        <w:pStyle w:val="CVDetail"/>
      </w:pPr>
      <w:r>
        <w:t>Co-producer; marketing; co-host.</w:t>
      </w:r>
    </w:p>
    <w:p w14:paraId="625A426B" w14:textId="77777777" w:rsidR="004454A7" w:rsidRDefault="00000000">
      <w:pPr>
        <w:pStyle w:val="CVCredit"/>
        <w:keepNext/>
      </w:pPr>
      <w:r>
        <w:t>2021  |  A Christmas Extravaganza — Just Imagine Youth Drama School</w:t>
      </w:r>
    </w:p>
    <w:p w14:paraId="3BB2E182" w14:textId="77777777" w:rsidR="004454A7" w:rsidRDefault="00000000">
      <w:pPr>
        <w:pStyle w:val="CVDetail"/>
      </w:pPr>
      <w:r>
        <w:t>Producer; sound design; props; promotion.</w:t>
      </w:r>
    </w:p>
    <w:p w14:paraId="5881FB83" w14:textId="77777777" w:rsidR="004454A7" w:rsidRDefault="00000000">
      <w:pPr>
        <w:pStyle w:val="CVCredit"/>
        <w:keepNext/>
      </w:pPr>
      <w:r>
        <w:t>2021  |  Teenage Dreams — Just Imagine Youth Drama School</w:t>
      </w:r>
    </w:p>
    <w:p w14:paraId="0D9AAEC7" w14:textId="77777777" w:rsidR="004454A7" w:rsidRDefault="00000000">
      <w:pPr>
        <w:pStyle w:val="CVDetail"/>
      </w:pPr>
      <w:r>
        <w:t>Producer; sound design; costumes; props.</w:t>
      </w:r>
    </w:p>
    <w:p w14:paraId="022FC823" w14:textId="77777777" w:rsidR="004454A7" w:rsidRDefault="00000000">
      <w:pPr>
        <w:pStyle w:val="CVCredit"/>
        <w:keepNext/>
      </w:pPr>
      <w:r>
        <w:t>2021  |  Who Stole the Scene this Time? — Just Imagine Youth Drama School</w:t>
      </w:r>
    </w:p>
    <w:p w14:paraId="7E1D90E5" w14:textId="77777777" w:rsidR="004454A7" w:rsidRDefault="00000000">
      <w:pPr>
        <w:pStyle w:val="CVDetail"/>
      </w:pPr>
      <w:r>
        <w:t>Producer; actor.</w:t>
      </w:r>
    </w:p>
    <w:p w14:paraId="4F4CAB83" w14:textId="77777777" w:rsidR="004454A7" w:rsidRDefault="00000000">
      <w:pPr>
        <w:pStyle w:val="CVCredit"/>
        <w:keepNext/>
      </w:pPr>
      <w:r>
        <w:t>2021  |  Robin Hood — Just Imagine Youth Drama School</w:t>
      </w:r>
    </w:p>
    <w:p w14:paraId="4B5C96D5" w14:textId="77777777" w:rsidR="004454A7" w:rsidRDefault="00000000">
      <w:pPr>
        <w:pStyle w:val="CVDetail"/>
      </w:pPr>
      <w:r>
        <w:t>Producer; costumes; sound design.</w:t>
      </w:r>
    </w:p>
    <w:p w14:paraId="3A1345D7" w14:textId="77777777" w:rsidR="004454A7" w:rsidRDefault="00000000">
      <w:pPr>
        <w:pStyle w:val="CVCredit"/>
        <w:keepNext/>
      </w:pPr>
      <w:r>
        <w:t>2021  |  The Real Inspector Hound — Emerge Productions</w:t>
      </w:r>
    </w:p>
    <w:p w14:paraId="106B287E" w14:textId="77777777" w:rsidR="004454A7" w:rsidRDefault="00000000">
      <w:pPr>
        <w:pStyle w:val="CVDetail"/>
      </w:pPr>
      <w:r>
        <w:t>Producer; sound design; costumes; props; promotion.</w:t>
      </w:r>
    </w:p>
    <w:p w14:paraId="79FD2603" w14:textId="77777777" w:rsidR="004454A7" w:rsidRDefault="00000000">
      <w:pPr>
        <w:pStyle w:val="CVCredit"/>
        <w:keepNext/>
      </w:pPr>
      <w:r>
        <w:lastRenderedPageBreak/>
        <w:t>2021  |  Young Musical Misfits of Tomorrow — Just Imagine Youth Drama School</w:t>
      </w:r>
    </w:p>
    <w:p w14:paraId="7FA842CA" w14:textId="77777777" w:rsidR="004454A7" w:rsidRDefault="00000000">
      <w:pPr>
        <w:pStyle w:val="CVDetail"/>
      </w:pPr>
      <w:r>
        <w:t>Producer; singer; sound operator.</w:t>
      </w:r>
    </w:p>
    <w:p w14:paraId="75172967" w14:textId="77777777" w:rsidR="004454A7" w:rsidRDefault="00000000">
      <w:pPr>
        <w:pStyle w:val="CVCredit"/>
        <w:keepNext/>
      </w:pPr>
      <w:r>
        <w:t>2021  |  For the Love of Musicals — Just Imagine Youth Drama School</w:t>
      </w:r>
    </w:p>
    <w:p w14:paraId="149C5586" w14:textId="77777777" w:rsidR="004454A7" w:rsidRDefault="00000000">
      <w:pPr>
        <w:pStyle w:val="CVDetail"/>
      </w:pPr>
      <w:r>
        <w:t>Producer; sound design; promotion.</w:t>
      </w:r>
    </w:p>
    <w:p w14:paraId="4C89A7F5" w14:textId="77777777" w:rsidR="004454A7" w:rsidRDefault="00000000">
      <w:pPr>
        <w:pStyle w:val="CVCredit"/>
        <w:keepNext/>
      </w:pPr>
      <w:r>
        <w:t>2020  |  Lotus — Just Imagine Youth Drama School</w:t>
      </w:r>
    </w:p>
    <w:p w14:paraId="57FD3745" w14:textId="77777777" w:rsidR="004454A7" w:rsidRDefault="00000000">
      <w:pPr>
        <w:pStyle w:val="CVDetail"/>
      </w:pPr>
      <w:r>
        <w:t>Producer; sound design; props; set; promotion.</w:t>
      </w:r>
    </w:p>
    <w:p w14:paraId="283E4708" w14:textId="77777777" w:rsidR="004454A7" w:rsidRDefault="00000000">
      <w:pPr>
        <w:pStyle w:val="CVCredit"/>
        <w:keepNext/>
      </w:pPr>
      <w:r>
        <w:t>2020  |  Peter Pan — Just Imagine Youth Drama School</w:t>
      </w:r>
    </w:p>
    <w:p w14:paraId="7837C622" w14:textId="77777777" w:rsidR="004454A7" w:rsidRDefault="00000000">
      <w:pPr>
        <w:pStyle w:val="CVDetail"/>
      </w:pPr>
      <w:r>
        <w:t>Producer; sound design; costume design; promotion.</w:t>
      </w:r>
    </w:p>
    <w:p w14:paraId="0EB90A74" w14:textId="77777777" w:rsidR="004454A7" w:rsidRDefault="00000000">
      <w:pPr>
        <w:pStyle w:val="CVCredit"/>
        <w:keepNext/>
      </w:pPr>
      <w:r>
        <w:t>2020  |  Musical Theatre Showcase — Just Imagine Youth Drama School</w:t>
      </w:r>
    </w:p>
    <w:p w14:paraId="6BD2C09B" w14:textId="77777777" w:rsidR="004454A7" w:rsidRDefault="00000000">
      <w:pPr>
        <w:pStyle w:val="CVDetail"/>
      </w:pPr>
      <w:r>
        <w:t>Singer; promoter; producer.</w:t>
      </w:r>
    </w:p>
    <w:p w14:paraId="0F33EA8E" w14:textId="77777777" w:rsidR="004454A7" w:rsidRDefault="00000000">
      <w:pPr>
        <w:pStyle w:val="CVSection"/>
        <w:keepNext/>
      </w:pPr>
      <w:r>
        <w:t>Film, television &amp; screen performance</w:t>
      </w:r>
    </w:p>
    <w:p w14:paraId="55BA00CF" w14:textId="77777777" w:rsidR="004454A7" w:rsidRDefault="00000000">
      <w:pPr>
        <w:pStyle w:val="CVCredit"/>
        <w:keepNext/>
      </w:pPr>
      <w:r>
        <w:t>2026  |  Date Me — Apple Box Studios 48 Hour Challenge</w:t>
      </w:r>
    </w:p>
    <w:p w14:paraId="5BBDDA04" w14:textId="77777777" w:rsidR="004454A7" w:rsidRDefault="00000000">
      <w:pPr>
        <w:pStyle w:val="CVDetail"/>
      </w:pPr>
      <w:r>
        <w:t xml:space="preserve">Producer; actor: Mrs Dean; co-writer; shared camera, editing and sound responsibilities. Watch: </w:t>
      </w:r>
      <w:hyperlink r:id="rId8">
        <w:r>
          <w:rPr>
            <w:color w:val="27678A"/>
            <w:u w:val="single"/>
          </w:rPr>
          <w:t>Watch on YouTube</w:t>
        </w:r>
      </w:hyperlink>
    </w:p>
    <w:p w14:paraId="1D61BCF9" w14:textId="6B5D1D10" w:rsidR="004454A7" w:rsidRDefault="00000000">
      <w:pPr>
        <w:pStyle w:val="CVDetail"/>
      </w:pPr>
      <w:r w:rsidRPr="00C32BAB">
        <w:rPr>
          <w:b/>
          <w:bCs/>
        </w:rPr>
        <w:t>2026 (</w:t>
      </w:r>
      <w:proofErr w:type="gramStart"/>
      <w:r w:rsidRPr="00C32BAB">
        <w:rPr>
          <w:b/>
          <w:bCs/>
        </w:rPr>
        <w:t>anticipated)  |</w:t>
      </w:r>
      <w:proofErr w:type="gramEnd"/>
      <w:r w:rsidRPr="00C32BAB">
        <w:rPr>
          <w:b/>
          <w:bCs/>
        </w:rPr>
        <w:t xml:space="preserve">  The Naughty List Bureau — </w:t>
      </w:r>
      <w:r w:rsidR="00C32BAB" w:rsidRPr="00C32BAB">
        <w:rPr>
          <w:b/>
          <w:bCs/>
        </w:rPr>
        <w:t>Star Rae Productions</w:t>
      </w:r>
      <w:r>
        <w:br/>
        <w:t>Actor: Elfie; art department; TV miniseries, 10 episodes; awaiting release, anticipated late 2026.</w:t>
      </w:r>
    </w:p>
    <w:p w14:paraId="499B570D" w14:textId="77777777" w:rsidR="004454A7" w:rsidRDefault="00000000">
      <w:pPr>
        <w:pStyle w:val="CVCredit"/>
        <w:keepNext/>
      </w:pPr>
      <w:r>
        <w:t>2026  |  Super Scoop — Star Rae Productions</w:t>
      </w:r>
    </w:p>
    <w:p w14:paraId="67676935" w14:textId="77777777" w:rsidR="004454A7" w:rsidRDefault="00000000">
      <w:pPr>
        <w:pStyle w:val="CVDetail"/>
      </w:pPr>
      <w:r>
        <w:t xml:space="preserve">Sound department. Watch: </w:t>
      </w:r>
      <w:hyperlink r:id="rId9">
        <w:r>
          <w:rPr>
            <w:color w:val="27678A"/>
            <w:u w:val="single"/>
          </w:rPr>
          <w:t>Watch on YouTube</w:t>
        </w:r>
      </w:hyperlink>
    </w:p>
    <w:p w14:paraId="053C0E25" w14:textId="77777777" w:rsidR="004454A7" w:rsidRDefault="00000000">
      <w:pPr>
        <w:pStyle w:val="CVCredit"/>
        <w:keepNext/>
      </w:pPr>
      <w:r>
        <w:t>2025  |  The Graduation — Apple Box Studios 48 Hour Challenge</w:t>
      </w:r>
    </w:p>
    <w:p w14:paraId="6BF74687" w14:textId="77777777" w:rsidR="004454A7" w:rsidRDefault="00000000">
      <w:pPr>
        <w:pStyle w:val="CVDetail"/>
      </w:pPr>
      <w:r>
        <w:t>Actor: Mrs Jenkins; venue co-ordinator; made graduation prop during filming.</w:t>
      </w:r>
    </w:p>
    <w:p w14:paraId="0859A5E1" w14:textId="77777777" w:rsidR="004454A7" w:rsidRDefault="00000000">
      <w:pPr>
        <w:pStyle w:val="CVCredit"/>
        <w:keepNext/>
      </w:pPr>
      <w:r>
        <w:t>2025  |  The Breakup — Independent short film; director: Caroline Badcock</w:t>
      </w:r>
    </w:p>
    <w:p w14:paraId="723D4D60" w14:textId="77777777" w:rsidR="004454A7" w:rsidRDefault="00000000">
      <w:pPr>
        <w:pStyle w:val="CVDetail"/>
      </w:pPr>
      <w:r>
        <w:t>Actor: Zombie Mother. Production company not confirmed.</w:t>
      </w:r>
    </w:p>
    <w:p w14:paraId="34CE5543" w14:textId="77777777" w:rsidR="004454A7" w:rsidRDefault="00000000">
      <w:pPr>
        <w:pStyle w:val="CVCredit"/>
        <w:keepNext/>
      </w:pPr>
      <w:r>
        <w:t>2025  |  Bluebell Bunny Comedy Skit — Star Rae Productions</w:t>
      </w:r>
    </w:p>
    <w:p w14:paraId="6AA9A8B4" w14:textId="77777777" w:rsidR="004454A7" w:rsidRDefault="00000000">
      <w:pPr>
        <w:pStyle w:val="CVDetail"/>
      </w:pPr>
      <w:r>
        <w:t xml:space="preserve">Actor: Sleepy Person. Watch: </w:t>
      </w:r>
      <w:hyperlink r:id="rId10">
        <w:r>
          <w:rPr>
            <w:color w:val="27678A"/>
            <w:u w:val="single"/>
          </w:rPr>
          <w:t>Watch on YouTube</w:t>
        </w:r>
      </w:hyperlink>
    </w:p>
    <w:p w14:paraId="09B9F888" w14:textId="77777777" w:rsidR="004454A7" w:rsidRDefault="00000000">
      <w:pPr>
        <w:pStyle w:val="CVCredit"/>
        <w:keepNext/>
      </w:pPr>
      <w:r>
        <w:t>2023  |  Springder — Independent short film</w:t>
      </w:r>
    </w:p>
    <w:p w14:paraId="3E80258A" w14:textId="77777777" w:rsidR="004454A7" w:rsidRDefault="00000000">
      <w:pPr>
        <w:pStyle w:val="CVDetail"/>
      </w:pPr>
      <w:r>
        <w:t xml:space="preserve">Actor: Moonboot Girl; editor. Watch: </w:t>
      </w:r>
      <w:hyperlink r:id="rId11">
        <w:r>
          <w:rPr>
            <w:color w:val="27678A"/>
            <w:u w:val="single"/>
          </w:rPr>
          <w:t>Watch on YouTube</w:t>
        </w:r>
      </w:hyperlink>
    </w:p>
    <w:p w14:paraId="552CF872" w14:textId="77777777" w:rsidR="004454A7" w:rsidRDefault="00000000">
      <w:pPr>
        <w:pStyle w:val="CVCredit"/>
        <w:keepNext/>
      </w:pPr>
      <w:r>
        <w:t>2023  |  Deadloch — Guesswork Television</w:t>
      </w:r>
    </w:p>
    <w:p w14:paraId="39441B09" w14:textId="77777777" w:rsidR="004454A7" w:rsidRDefault="00000000">
      <w:pPr>
        <w:pStyle w:val="CVDetail"/>
      </w:pPr>
      <w:r>
        <w:t>Background extra.</w:t>
      </w:r>
    </w:p>
    <w:p w14:paraId="04CDF826" w14:textId="77777777" w:rsidR="004454A7" w:rsidRDefault="00000000">
      <w:pPr>
        <w:pStyle w:val="CVCredit"/>
        <w:keepNext/>
      </w:pPr>
      <w:r>
        <w:t>2023  |  Alone Together — Dylan Hesp</w:t>
      </w:r>
    </w:p>
    <w:p w14:paraId="6CB56F0B" w14:textId="77777777" w:rsidR="004454A7" w:rsidRDefault="00000000">
      <w:pPr>
        <w:pStyle w:val="CVDetail"/>
      </w:pPr>
      <w:r>
        <w:t>Actor — Cuddle Therapy Participant.</w:t>
      </w:r>
    </w:p>
    <w:p w14:paraId="0771DD67" w14:textId="77777777" w:rsidR="004454A7" w:rsidRDefault="00000000">
      <w:pPr>
        <w:pStyle w:val="CVCredit"/>
        <w:keepNext/>
      </w:pPr>
      <w:r>
        <w:t>2020  |  Kiss Me — TAFE student short film; writer/director: Jan Miller</w:t>
      </w:r>
    </w:p>
    <w:p w14:paraId="36477B2E" w14:textId="77777777" w:rsidR="004454A7" w:rsidRDefault="00000000">
      <w:pPr>
        <w:pStyle w:val="CVDetail"/>
      </w:pPr>
      <w:r>
        <w:t>Production manager; background extra. Unreleased; remains in post-production.</w:t>
      </w:r>
    </w:p>
    <w:p w14:paraId="6F4D677A" w14:textId="77777777" w:rsidR="004454A7" w:rsidRDefault="00000000">
      <w:pPr>
        <w:pStyle w:val="CVCredit"/>
        <w:keepNext/>
      </w:pPr>
      <w:r>
        <w:t>2025  |  Ground Up — ABC television</w:t>
      </w:r>
    </w:p>
    <w:p w14:paraId="0787B660" w14:textId="77777777" w:rsidR="004454A7" w:rsidRDefault="00000000">
      <w:pPr>
        <w:pStyle w:val="CVDetail"/>
      </w:pPr>
      <w:r>
        <w:t>Background extra; filmed in 2025, broadcast June 2026.</w:t>
      </w:r>
    </w:p>
    <w:p w14:paraId="7C6C2882" w14:textId="77777777" w:rsidR="004454A7" w:rsidRDefault="00000000">
      <w:pPr>
        <w:pStyle w:val="CVSection"/>
        <w:keepNext/>
      </w:pPr>
      <w:r>
        <w:t>Commercial, documentary &amp; other screen production</w:t>
      </w:r>
    </w:p>
    <w:p w14:paraId="5C5B06CD" w14:textId="77777777" w:rsidR="004454A7" w:rsidRDefault="00000000">
      <w:pPr>
        <w:pStyle w:val="CVCredit"/>
        <w:keepNext/>
      </w:pPr>
      <w:r>
        <w:t>2026  |  Connected Futures: Building Drought Resilience Through Local Stories — Northern Midlands Business Association</w:t>
      </w:r>
    </w:p>
    <w:p w14:paraId="2B20BED1" w14:textId="6384836C" w:rsidR="004454A7" w:rsidRDefault="00000000">
      <w:pPr>
        <w:pStyle w:val="CVDetail"/>
      </w:pPr>
      <w:r>
        <w:t xml:space="preserve">Filming and editing. Playlist: </w:t>
      </w:r>
      <w:hyperlink r:id="rId12">
        <w:r>
          <w:rPr>
            <w:color w:val="27678A"/>
            <w:u w:val="single"/>
          </w:rPr>
          <w:t>Watch on YouTube</w:t>
        </w:r>
      </w:hyperlink>
    </w:p>
    <w:p w14:paraId="22451153" w14:textId="77777777" w:rsidR="004454A7" w:rsidRDefault="00000000">
      <w:pPr>
        <w:pStyle w:val="CVCredit"/>
        <w:keepNext/>
      </w:pPr>
      <w:r>
        <w:t>2021  |  City Mission Tasmania television commercial — Tom Chapman</w:t>
      </w:r>
    </w:p>
    <w:p w14:paraId="4EB655DF" w14:textId="77777777" w:rsidR="004454A7" w:rsidRDefault="00000000">
      <w:pPr>
        <w:pStyle w:val="CVDetail"/>
      </w:pPr>
      <w:r>
        <w:t>Props.</w:t>
      </w:r>
    </w:p>
    <w:p w14:paraId="4409391B" w14:textId="77777777" w:rsidR="004454A7" w:rsidRDefault="00000000">
      <w:pPr>
        <w:pStyle w:val="CVSection"/>
        <w:keepNext/>
      </w:pPr>
      <w:r>
        <w:t>Producing, teaching &amp; wider theatre experience</w:t>
      </w:r>
    </w:p>
    <w:p w14:paraId="30E0ACA2" w14:textId="77777777" w:rsidR="004454A7" w:rsidRPr="00C32BAB" w:rsidRDefault="00000000">
      <w:pPr>
        <w:pStyle w:val="CVCredit"/>
        <w:rPr>
          <w:b w:val="0"/>
          <w:bCs/>
        </w:rPr>
      </w:pPr>
      <w:r w:rsidRPr="00C32BAB">
        <w:rPr>
          <w:b w:val="0"/>
          <w:bCs/>
        </w:rPr>
        <w:t>Just Imagine Youth Drama School — Owner and producer; managed rights, marketing, schedules, rehearsals and approximately 30 productions; taught children aged 5–18 and later adults. 2020 - 2023.</w:t>
      </w:r>
    </w:p>
    <w:p w14:paraId="364B84F0" w14:textId="77777777" w:rsidR="004454A7" w:rsidRDefault="00000000">
      <w:pPr>
        <w:pStyle w:val="CVSection"/>
        <w:keepNext/>
      </w:pPr>
      <w:r>
        <w:t>Festivals, ushering &amp; talent support</w:t>
      </w:r>
    </w:p>
    <w:p w14:paraId="0A37CCF9" w14:textId="00743127" w:rsidR="004454A7" w:rsidRDefault="00000000">
      <w:pPr>
        <w:pStyle w:val="CVDetail"/>
      </w:pPr>
      <w:r>
        <w:t>2010–2020 — Launceston Competitions, Festival of Dance: volunteer ushering, guest greeting.</w:t>
      </w:r>
    </w:p>
    <w:p w14:paraId="19BF2182" w14:textId="77777777" w:rsidR="004454A7" w:rsidRDefault="00000000">
      <w:pPr>
        <w:pStyle w:val="CVDetail"/>
      </w:pPr>
      <w:r>
        <w:t>2020–2023 — Australian Musical Theatre Festival: volunteer ushering, guest greeting and talent support.</w:t>
      </w:r>
    </w:p>
    <w:p w14:paraId="547542C7" w14:textId="77777777" w:rsidR="004454A7" w:rsidRDefault="00000000">
      <w:pPr>
        <w:pStyle w:val="CVDetail"/>
      </w:pPr>
      <w:r>
        <w:t>2026 — Tamar Valley Film Festival: volunteer ushering, guest greeting and talent support.</w:t>
      </w:r>
    </w:p>
    <w:p w14:paraId="318FC23B" w14:textId="77777777" w:rsidR="004454A7" w:rsidRDefault="00000000">
      <w:pPr>
        <w:pStyle w:val="CVSection"/>
        <w:keepNext/>
      </w:pPr>
      <w:r>
        <w:lastRenderedPageBreak/>
        <w:t>Training</w:t>
      </w:r>
    </w:p>
    <w:p w14:paraId="731B2786" w14:textId="77777777" w:rsidR="004454A7" w:rsidRDefault="00000000">
      <w:pPr>
        <w:pStyle w:val="CVDetail"/>
      </w:pPr>
      <w:r>
        <w:t>University of Tasmania — Bachelor of Fine Arts, majoring in Theatre and Performance; commenced 2023, part-time; in progress. Relevant productions: Faux Fur and The Banana Bender.</w:t>
      </w:r>
    </w:p>
    <w:p w14:paraId="73C83491" w14:textId="77777777" w:rsidR="004454A7" w:rsidRDefault="00000000">
      <w:pPr>
        <w:pStyle w:val="CVSection"/>
        <w:keepNext/>
      </w:pPr>
      <w:r>
        <w:t>Industry affiliations</w:t>
      </w:r>
    </w:p>
    <w:p w14:paraId="6295864D" w14:textId="77777777" w:rsidR="004454A7" w:rsidRDefault="00000000">
      <w:pPr>
        <w:pStyle w:val="CVDetail"/>
      </w:pPr>
      <w:r>
        <w:t>Launceston Screenmakers — formal member and active participant.</w:t>
      </w:r>
      <w:r>
        <w:br/>
        <w:t>Apple Box Studios — formal member and active participant.</w:t>
      </w:r>
    </w:p>
    <w:p w14:paraId="1D4E19E8" w14:textId="77777777" w:rsidR="004454A7" w:rsidRDefault="00000000">
      <w:pPr>
        <w:pStyle w:val="CVSection"/>
        <w:keepNext/>
      </w:pPr>
      <w:r>
        <w:t>Licences &amp; registrations</w:t>
      </w:r>
    </w:p>
    <w:p w14:paraId="58449C44" w14:textId="77777777" w:rsidR="004454A7" w:rsidRDefault="00000000">
      <w:pPr>
        <w:pStyle w:val="CVDetail"/>
      </w:pPr>
      <w:r>
        <w:t>Tasmanian Open Car Driver Licence (Manual) — current.</w:t>
      </w:r>
      <w:r>
        <w:br/>
        <w:t>Tasmanian Working with Vulnerable People Registration — current.</w:t>
      </w:r>
    </w:p>
    <w:p w14:paraId="5B2BC560" w14:textId="77777777" w:rsidR="004454A7" w:rsidRDefault="00000000">
      <w:pPr>
        <w:pStyle w:val="CVSection"/>
        <w:keepNext/>
      </w:pPr>
      <w:r>
        <w:t>Skills &amp; disciplines</w:t>
      </w:r>
    </w:p>
    <w:p w14:paraId="393FEA90" w14:textId="77777777" w:rsidR="004454A7" w:rsidRDefault="00000000">
      <w:pPr>
        <w:pStyle w:val="CVDetail"/>
      </w:pPr>
      <w:r>
        <w:t>Acting and character development; background screen performance; directing; producing; devising and co-writing; costume design and making; props and practical construction; set/art department work; lighting design and operation; sound design and operation; film camera work; video editing; event and venue coordination; theatre marketing and promotion; ushering, front of house and talent support. Systems mentioned: ETC Eos, QLab. Other skills shown in casting profile: singing (alto/mezzo-soprano), hosting, crochet.</w:t>
      </w:r>
    </w:p>
    <w:p w14:paraId="6416655C" w14:textId="77777777" w:rsidR="004454A7" w:rsidRDefault="00000000">
      <w:pPr>
        <w:pStyle w:val="CVSection"/>
        <w:keepNext/>
      </w:pPr>
      <w:r>
        <w:t>Professional links and media</w:t>
      </w:r>
    </w:p>
    <w:p w14:paraId="4A3B6C76" w14:textId="77777777" w:rsidR="004454A7" w:rsidRDefault="00000000">
      <w:pPr>
        <w:pStyle w:val="CVDetail"/>
      </w:pPr>
      <w:r>
        <w:t xml:space="preserve">Website: </w:t>
      </w:r>
      <w:hyperlink r:id="rId13">
        <w:r>
          <w:rPr>
            <w:color w:val="27678A"/>
            <w:u w:val="single"/>
          </w:rPr>
          <w:t>https://amandasutherland.com.au/acting-journey/</w:t>
        </w:r>
      </w:hyperlink>
    </w:p>
    <w:p w14:paraId="64BCD63D" w14:textId="77777777" w:rsidR="004454A7" w:rsidRDefault="00000000">
      <w:pPr>
        <w:pStyle w:val="CVDetail"/>
      </w:pPr>
      <w:r>
        <w:t xml:space="preserve">IMDb: </w:t>
      </w:r>
      <w:hyperlink r:id="rId14">
        <w:r>
          <w:rPr>
            <w:color w:val="27678A"/>
            <w:u w:val="single"/>
          </w:rPr>
          <w:t>https://www.imdb.com/name/nm13587100/</w:t>
        </w:r>
      </w:hyperlink>
    </w:p>
    <w:p w14:paraId="3B73C72A" w14:textId="77777777" w:rsidR="004454A7" w:rsidRDefault="00000000">
      <w:pPr>
        <w:pStyle w:val="CVDetail"/>
      </w:pPr>
      <w:r>
        <w:t xml:space="preserve">Casting Networks: </w:t>
      </w:r>
      <w:hyperlink r:id="rId15">
        <w:r>
          <w:rPr>
            <w:color w:val="27678A"/>
            <w:u w:val="single"/>
          </w:rPr>
          <w:t>https://app.castingnetworks.com/talent/public-profile/df323a64-a57f-11ec-a4a3-bd6125273a4e</w:t>
        </w:r>
      </w:hyperlink>
    </w:p>
    <w:sectPr w:rsidR="004454A7" w:rsidSect="00034616">
      <w:footerReference w:type="default" r:id="rId16"/>
      <w:pgSz w:w="12240" w:h="15840"/>
      <w:pgMar w:top="1008" w:right="1181" w:bottom="936"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A54252" w14:textId="77777777" w:rsidR="00992C82" w:rsidRDefault="00992C82">
      <w:pPr>
        <w:spacing w:after="0" w:line="240" w:lineRule="auto"/>
      </w:pPr>
      <w:r>
        <w:separator/>
      </w:r>
    </w:p>
  </w:endnote>
  <w:endnote w:type="continuationSeparator" w:id="0">
    <w:p w14:paraId="2E40129C" w14:textId="77777777" w:rsidR="00992C82" w:rsidRDefault="00992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7234C2" w14:textId="77777777" w:rsidR="004454A7" w:rsidRDefault="00000000">
    <w:pPr>
      <w:pStyle w:val="Footer"/>
      <w:jc w:val="center"/>
    </w:pPr>
    <w:r>
      <w:rPr>
        <w:color w:val="68727B"/>
        <w:sz w:val="16"/>
      </w:rPr>
      <w:t xml:space="preserve">AMANDA </w:t>
    </w:r>
    <w:proofErr w:type="gramStart"/>
    <w:r>
      <w:rPr>
        <w:color w:val="68727B"/>
        <w:sz w:val="16"/>
      </w:rPr>
      <w:t>SUTHERLAND  •</w:t>
    </w:r>
    <w:proofErr w:type="gramEnd"/>
    <w:r>
      <w:rPr>
        <w:color w:val="68727B"/>
        <w:sz w:val="16"/>
      </w:rPr>
      <w:t xml:space="preserve">  THEATRE &amp; FILM MAKER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EAC5BC" w14:textId="77777777" w:rsidR="00992C82" w:rsidRDefault="00992C82">
      <w:pPr>
        <w:spacing w:after="0" w:line="240" w:lineRule="auto"/>
      </w:pPr>
      <w:r>
        <w:separator/>
      </w:r>
    </w:p>
  </w:footnote>
  <w:footnote w:type="continuationSeparator" w:id="0">
    <w:p w14:paraId="1DEE8194" w14:textId="77777777" w:rsidR="00992C82" w:rsidRDefault="00992C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3980578">
    <w:abstractNumId w:val="8"/>
  </w:num>
  <w:num w:numId="2" w16cid:durableId="692804035">
    <w:abstractNumId w:val="6"/>
  </w:num>
  <w:num w:numId="3" w16cid:durableId="2031881003">
    <w:abstractNumId w:val="5"/>
  </w:num>
  <w:num w:numId="4" w16cid:durableId="1974015839">
    <w:abstractNumId w:val="4"/>
  </w:num>
  <w:num w:numId="5" w16cid:durableId="1353721383">
    <w:abstractNumId w:val="7"/>
  </w:num>
  <w:num w:numId="6" w16cid:durableId="870607267">
    <w:abstractNumId w:val="3"/>
  </w:num>
  <w:num w:numId="7" w16cid:durableId="1317417774">
    <w:abstractNumId w:val="2"/>
  </w:num>
  <w:num w:numId="8" w16cid:durableId="1440753587">
    <w:abstractNumId w:val="1"/>
  </w:num>
  <w:num w:numId="9" w16cid:durableId="194132984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7263"/>
    <w:rsid w:val="0029639D"/>
    <w:rsid w:val="00326F90"/>
    <w:rsid w:val="004454A7"/>
    <w:rsid w:val="00992C82"/>
    <w:rsid w:val="00AA1D8D"/>
    <w:rsid w:val="00B47730"/>
    <w:rsid w:val="00C32BA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3ED60E"/>
  <w14:defaultImageDpi w14:val="300"/>
  <w15:docId w15:val="{48594C6B-61CE-4A4D-B789-35D2027D8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Aptos" w:hAnsi="Aptos"/>
      <w:color w:val="263039"/>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Name">
    <w:name w:val="CV Name"/>
    <w:basedOn w:val="Normal"/>
    <w:pPr>
      <w:spacing w:after="60"/>
    </w:pPr>
    <w:rPr>
      <w:b/>
      <w:color w:val="192A3A"/>
      <w:sz w:val="40"/>
    </w:rPr>
  </w:style>
  <w:style w:type="paragraph" w:customStyle="1" w:styleId="CVSubtitle">
    <w:name w:val="CV Subtitle"/>
    <w:basedOn w:val="Normal"/>
    <w:pPr>
      <w:spacing w:after="200"/>
    </w:pPr>
    <w:rPr>
      <w:color w:val="3D5B6C"/>
      <w:sz w:val="22"/>
    </w:rPr>
  </w:style>
  <w:style w:type="paragraph" w:customStyle="1" w:styleId="CVSection">
    <w:name w:val="CV Section"/>
    <w:basedOn w:val="Normal"/>
    <w:pPr>
      <w:spacing w:before="160" w:after="60"/>
    </w:pPr>
    <w:rPr>
      <w:b/>
      <w:color w:val="19394D"/>
      <w:sz w:val="21"/>
    </w:rPr>
  </w:style>
  <w:style w:type="paragraph" w:customStyle="1" w:styleId="CVCredit">
    <w:name w:val="CV Credit"/>
    <w:basedOn w:val="Normal"/>
    <w:pPr>
      <w:spacing w:before="80" w:after="20"/>
    </w:pPr>
    <w:rPr>
      <w:b/>
      <w:color w:val="1F303D"/>
    </w:rPr>
  </w:style>
  <w:style w:type="paragraph" w:customStyle="1" w:styleId="CVDetail">
    <w:name w:val="CV Detail"/>
    <w:basedOn w:val="Normal"/>
    <w:pPr>
      <w:spacing w:after="60"/>
    </w:pPr>
    <w:rPr>
      <w:sz w:val="17"/>
    </w:rPr>
  </w:style>
  <w:style w:type="paragraph" w:customStyle="1" w:styleId="CVContact">
    <w:name w:val="CV Contact"/>
    <w:basedOn w:val="Normal"/>
    <w:pPr>
      <w:spacing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renpkYc5ImQ?si=rOCbvM8ZMqVR-eya" TargetMode="External"/><Relationship Id="rId13" Type="http://schemas.openxmlformats.org/officeDocument/2006/relationships/hyperlink" Target="https://amandasutherland.com.au/acting-journey/"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playlist?list=PLsJKqPiaCHfKZmv48iXpPJFd7QgZBQJt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0WmR4LT0tfo" TargetMode="External"/><Relationship Id="rId5" Type="http://schemas.openxmlformats.org/officeDocument/2006/relationships/webSettings" Target="webSettings.xml"/><Relationship Id="rId15" Type="http://schemas.openxmlformats.org/officeDocument/2006/relationships/hyperlink" Target="https://app.castingnetworks.com/talent/public-profile/df323a64-a57f-11ec-a4a3-bd6125273a4e" TargetMode="External"/><Relationship Id="rId10" Type="http://schemas.openxmlformats.org/officeDocument/2006/relationships/hyperlink" Target="https://www.youtube.com/watch?v=4s2mkKPkVrc" TargetMode="External"/><Relationship Id="rId4" Type="http://schemas.openxmlformats.org/officeDocument/2006/relationships/settings" Target="settings.xml"/><Relationship Id="rId9" Type="http://schemas.openxmlformats.org/officeDocument/2006/relationships/hyperlink" Target="https://www.youtube.com/watch?v=Vh_hc5FfwbE" TargetMode="External"/><Relationship Id="rId14" Type="http://schemas.openxmlformats.org/officeDocument/2006/relationships/hyperlink" Target="https://www.imdb.com/name/nm135871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Amanda Sutherland</cp:lastModifiedBy>
  <cp:revision>2</cp:revision>
  <dcterms:created xsi:type="dcterms:W3CDTF">2026-10-11T09:41:00Z</dcterms:created>
  <dcterms:modified xsi:type="dcterms:W3CDTF">2026-10-11T09:41:00Z</dcterms:modified>
  <cp:category/>
</cp:coreProperties>
</file>