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9643DD" w14:textId="77777777" w:rsidR="002862A6" w:rsidRDefault="00000000">
      <w:r>
        <w:rPr>
          <w:b/>
          <w:color w:val="162E41"/>
          <w:sz w:val="38"/>
        </w:rPr>
        <w:t>AMANDA SUTHERLAND</w:t>
      </w:r>
    </w:p>
    <w:p w14:paraId="04B64816" w14:textId="77777777" w:rsidR="002862A6" w:rsidRDefault="00000000">
      <w:r>
        <w:rPr>
          <w:b/>
          <w:sz w:val="22"/>
        </w:rPr>
        <w:t>Performance CV</w:t>
      </w:r>
    </w:p>
    <w:p w14:paraId="5FF81C74" w14:textId="77777777" w:rsidR="002862A6" w:rsidRDefault="00000000">
      <w:pPr>
        <w:spacing w:after="180"/>
      </w:pPr>
      <w:r>
        <w:t>Acting representation: Tasmanian Talent Agency  |  admin@tastalent.com</w:t>
      </w:r>
    </w:p>
    <w:p w14:paraId="4C686B47" w14:textId="77777777" w:rsidR="002862A6" w:rsidRDefault="00000000">
      <w:r>
        <w:t>Actor and theatre maker with experience in stage performance, short films, television background work, character development and ensemble-led productions.</w:t>
      </w:r>
    </w:p>
    <w:p w14:paraId="5CE8542A" w14:textId="77777777" w:rsidR="002862A6" w:rsidRDefault="00000000">
      <w:pPr>
        <w:spacing w:before="180" w:after="80"/>
      </w:pPr>
      <w:r>
        <w:rPr>
          <w:b/>
          <w:color w:val="164B63"/>
        </w:rPr>
        <w:t>STAGE PERFORMANCE</w:t>
      </w:r>
    </w:p>
    <w:p w14:paraId="57F1B323" w14:textId="77777777" w:rsidR="002862A6" w:rsidRDefault="00000000">
      <w:pPr>
        <w:keepNext/>
        <w:spacing w:after="20"/>
      </w:pPr>
      <w:r>
        <w:rPr>
          <w:b/>
        </w:rPr>
        <w:t>2026  |  The Banana Bender</w:t>
      </w:r>
      <w:r>
        <w:t xml:space="preserve"> — UTAS</w:t>
      </w:r>
    </w:p>
    <w:p w14:paraId="6E72246C" w14:textId="77777777" w:rsidR="002862A6" w:rsidRDefault="00000000">
      <w:pPr>
        <w:spacing w:after="100"/>
      </w:pPr>
      <w:r>
        <w:t>Kath and Ruth</w:t>
      </w:r>
    </w:p>
    <w:p w14:paraId="2BEC33DA" w14:textId="77777777" w:rsidR="002862A6" w:rsidRDefault="00000000">
      <w:pPr>
        <w:keepNext/>
        <w:spacing w:after="20"/>
      </w:pPr>
      <w:r>
        <w:rPr>
          <w:b/>
        </w:rPr>
        <w:t>2026  |  Faux Fur</w:t>
      </w:r>
      <w:r>
        <w:t xml:space="preserve"> — UTAS</w:t>
      </w:r>
    </w:p>
    <w:p w14:paraId="1F8E0C56" w14:textId="77777777" w:rsidR="002862A6" w:rsidRDefault="00000000">
      <w:pPr>
        <w:spacing w:after="100"/>
      </w:pPr>
      <w:r>
        <w:t>Argyle; co-writer</w:t>
      </w:r>
    </w:p>
    <w:p w14:paraId="277C066D" w14:textId="77777777" w:rsidR="002862A6" w:rsidRDefault="00000000">
      <w:pPr>
        <w:keepNext/>
        <w:spacing w:after="20"/>
      </w:pPr>
      <w:r>
        <w:rPr>
          <w:b/>
        </w:rPr>
        <w:t>2023  |  Cinderella</w:t>
      </w:r>
      <w:r>
        <w:t xml:space="preserve"> — Star Rae Productions</w:t>
      </w:r>
    </w:p>
    <w:p w14:paraId="5C0F4C80" w14:textId="77777777" w:rsidR="002862A6" w:rsidRDefault="00000000">
      <w:pPr>
        <w:spacing w:after="100"/>
      </w:pPr>
      <w:r>
        <w:t>Baroness Cirohsis De La Foie (Stepmother)</w:t>
      </w:r>
    </w:p>
    <w:p w14:paraId="51F6C096" w14:textId="77777777" w:rsidR="002862A6" w:rsidRDefault="00000000">
      <w:pPr>
        <w:keepNext/>
        <w:spacing w:after="20"/>
      </w:pPr>
      <w:r>
        <w:rPr>
          <w:b/>
        </w:rPr>
        <w:t>2022  |  A Day in the Park</w:t>
      </w:r>
      <w:r>
        <w:t xml:space="preserve"> — Star Rae Productions</w:t>
      </w:r>
    </w:p>
    <w:p w14:paraId="02471E87" w14:textId="77777777" w:rsidR="002862A6" w:rsidRDefault="00000000">
      <w:pPr>
        <w:spacing w:after="100"/>
      </w:pPr>
      <w:r>
        <w:t>Alice Viewers &amp; Owens</w:t>
      </w:r>
    </w:p>
    <w:p w14:paraId="7D6AC0F6" w14:textId="77777777" w:rsidR="002862A6" w:rsidRDefault="00000000">
      <w:pPr>
        <w:keepNext/>
        <w:spacing w:after="20"/>
      </w:pPr>
      <w:r>
        <w:rPr>
          <w:b/>
        </w:rPr>
        <w:t>2022  |  How to Fall Flat on Your Face</w:t>
      </w:r>
      <w:r>
        <w:t xml:space="preserve"> — Emerge Productions / Star Rae Productions</w:t>
      </w:r>
    </w:p>
    <w:p w14:paraId="037985C0" w14:textId="77777777" w:rsidR="002862A6" w:rsidRDefault="00000000">
      <w:pPr>
        <w:spacing w:after="100"/>
      </w:pPr>
      <w:r>
        <w:t>Co-host; co-producer</w:t>
      </w:r>
    </w:p>
    <w:p w14:paraId="680CBBD6" w14:textId="77777777" w:rsidR="002862A6" w:rsidRDefault="00000000">
      <w:pPr>
        <w:keepNext/>
        <w:spacing w:after="20"/>
      </w:pPr>
      <w:r>
        <w:rPr>
          <w:b/>
        </w:rPr>
        <w:t>2021  |  Who Stole the Scene this Time?</w:t>
      </w:r>
      <w:r>
        <w:t xml:space="preserve"> — Just Imagine Youth Drama School</w:t>
      </w:r>
    </w:p>
    <w:p w14:paraId="4B8EFD93" w14:textId="77777777" w:rsidR="002862A6" w:rsidRDefault="00000000">
      <w:pPr>
        <w:spacing w:after="100"/>
      </w:pPr>
      <w:r>
        <w:t>Actor; producer</w:t>
      </w:r>
    </w:p>
    <w:p w14:paraId="47A2BB68" w14:textId="77777777" w:rsidR="002862A6" w:rsidRDefault="00000000">
      <w:pPr>
        <w:keepNext/>
        <w:spacing w:after="20"/>
      </w:pPr>
      <w:r>
        <w:rPr>
          <w:b/>
        </w:rPr>
        <w:t>2021  |  Young Musical Misfits of Tomorrow</w:t>
      </w:r>
      <w:r>
        <w:t xml:space="preserve"> — Just Imagine Youth Drama School</w:t>
      </w:r>
    </w:p>
    <w:p w14:paraId="48FC57CD" w14:textId="77777777" w:rsidR="002862A6" w:rsidRDefault="00000000">
      <w:pPr>
        <w:spacing w:after="100"/>
      </w:pPr>
      <w:r>
        <w:t>Singer; producer</w:t>
      </w:r>
    </w:p>
    <w:p w14:paraId="13C13735" w14:textId="77777777" w:rsidR="002862A6" w:rsidRDefault="00000000">
      <w:pPr>
        <w:keepNext/>
        <w:spacing w:after="20"/>
      </w:pPr>
      <w:r>
        <w:rPr>
          <w:b/>
        </w:rPr>
        <w:t>2020  |  Musical Theatre Showcase</w:t>
      </w:r>
      <w:r>
        <w:t xml:space="preserve"> — Just Imagine Youth Drama School</w:t>
      </w:r>
    </w:p>
    <w:p w14:paraId="766F96A9" w14:textId="77777777" w:rsidR="002862A6" w:rsidRDefault="00000000">
      <w:pPr>
        <w:spacing w:after="100"/>
      </w:pPr>
      <w:r>
        <w:t>Singer; producer</w:t>
      </w:r>
    </w:p>
    <w:p w14:paraId="31F3CA41" w14:textId="77777777" w:rsidR="002862A6" w:rsidRDefault="00000000">
      <w:pPr>
        <w:spacing w:before="180" w:after="80"/>
      </w:pPr>
      <w:r>
        <w:rPr>
          <w:b/>
          <w:color w:val="164B63"/>
        </w:rPr>
        <w:t>FILM &amp; TELEVISION PERFORMANCE</w:t>
      </w:r>
    </w:p>
    <w:p w14:paraId="70A2F900" w14:textId="77777777" w:rsidR="002862A6" w:rsidRDefault="00000000">
      <w:pPr>
        <w:keepNext/>
        <w:spacing w:after="20"/>
      </w:pPr>
      <w:r>
        <w:rPr>
          <w:b/>
        </w:rPr>
        <w:t>2026  |  Date Me</w:t>
      </w:r>
      <w:r>
        <w:t xml:space="preserve"> — Apple Box Studios 48 Hour Challenge</w:t>
      </w:r>
    </w:p>
    <w:p w14:paraId="37376997" w14:textId="77777777" w:rsidR="002862A6" w:rsidRDefault="00000000">
      <w:pPr>
        <w:spacing w:after="100"/>
      </w:pPr>
      <w:r>
        <w:t>Mrs Dean; co-writer and producer</w:t>
      </w:r>
    </w:p>
    <w:p w14:paraId="63DA919B" w14:textId="77777777" w:rsidR="002862A6" w:rsidRDefault="00000000">
      <w:pPr>
        <w:keepNext/>
        <w:spacing w:after="20"/>
      </w:pPr>
      <w:r>
        <w:rPr>
          <w:b/>
        </w:rPr>
        <w:t>2026 (anticipated)  |  The Naughty List Bureau</w:t>
      </w:r>
      <w:r>
        <w:t xml:space="preserve"> — Star Rae Productions</w:t>
      </w:r>
    </w:p>
    <w:p w14:paraId="5310D9A6" w14:textId="77777777" w:rsidR="002862A6" w:rsidRDefault="00000000">
      <w:pPr>
        <w:spacing w:after="100"/>
      </w:pPr>
      <w:r>
        <w:t>Elfie; television miniseries, awaiting release</w:t>
      </w:r>
    </w:p>
    <w:p w14:paraId="487A9630" w14:textId="77777777" w:rsidR="002862A6" w:rsidRDefault="00000000">
      <w:pPr>
        <w:keepNext/>
        <w:spacing w:after="20"/>
      </w:pPr>
      <w:r>
        <w:rPr>
          <w:b/>
        </w:rPr>
        <w:t>2025  |  The Graduation</w:t>
      </w:r>
      <w:r>
        <w:t xml:space="preserve"> — Apple Box Studios 48 Hour Challenge</w:t>
      </w:r>
    </w:p>
    <w:p w14:paraId="21E083F5" w14:textId="77777777" w:rsidR="002862A6" w:rsidRDefault="00000000">
      <w:pPr>
        <w:spacing w:after="100"/>
      </w:pPr>
      <w:r>
        <w:t>Mrs Jenkins</w:t>
      </w:r>
    </w:p>
    <w:p w14:paraId="3D3323A6" w14:textId="77777777" w:rsidR="002862A6" w:rsidRDefault="00000000">
      <w:pPr>
        <w:keepNext/>
        <w:spacing w:after="20"/>
      </w:pPr>
      <w:r>
        <w:rPr>
          <w:b/>
        </w:rPr>
        <w:t>2025  |  The Breakup</w:t>
      </w:r>
      <w:r>
        <w:t xml:space="preserve"> — Independent short film; director Caroline Badcock</w:t>
      </w:r>
    </w:p>
    <w:p w14:paraId="6DEB6261" w14:textId="77777777" w:rsidR="002862A6" w:rsidRDefault="00000000">
      <w:pPr>
        <w:spacing w:after="100"/>
      </w:pPr>
      <w:r>
        <w:t>Zombie Mother</w:t>
      </w:r>
    </w:p>
    <w:p w14:paraId="7A2A2396" w14:textId="77777777" w:rsidR="002862A6" w:rsidRDefault="00000000">
      <w:pPr>
        <w:keepNext/>
        <w:spacing w:after="20"/>
      </w:pPr>
      <w:r>
        <w:rPr>
          <w:b/>
        </w:rPr>
        <w:t>2025  |  Bluebell Bunny Comedy Skit</w:t>
      </w:r>
      <w:r>
        <w:t xml:space="preserve"> — Star Rae Productions</w:t>
      </w:r>
    </w:p>
    <w:p w14:paraId="3DA4378A" w14:textId="77777777" w:rsidR="002862A6" w:rsidRDefault="00000000">
      <w:pPr>
        <w:spacing w:after="100"/>
      </w:pPr>
      <w:r>
        <w:t>Sleepy Person</w:t>
      </w:r>
    </w:p>
    <w:p w14:paraId="5FF38152" w14:textId="77777777" w:rsidR="002862A6" w:rsidRDefault="00000000">
      <w:pPr>
        <w:keepNext/>
        <w:spacing w:after="20"/>
      </w:pPr>
      <w:r>
        <w:rPr>
          <w:b/>
        </w:rPr>
        <w:t>2025  |  Ground Up</w:t>
      </w:r>
      <w:r>
        <w:t xml:space="preserve"> — ABC television</w:t>
      </w:r>
    </w:p>
    <w:p w14:paraId="1BB51EFA" w14:textId="77777777" w:rsidR="002862A6" w:rsidRDefault="00000000">
      <w:pPr>
        <w:spacing w:after="100"/>
      </w:pPr>
      <w:r>
        <w:t>Background extra; filmed 2025, broadcast June 2026</w:t>
      </w:r>
    </w:p>
    <w:p w14:paraId="0E721DC9" w14:textId="77777777" w:rsidR="002862A6" w:rsidRDefault="00000000">
      <w:pPr>
        <w:keepNext/>
        <w:spacing w:after="20"/>
      </w:pPr>
      <w:r>
        <w:rPr>
          <w:b/>
        </w:rPr>
        <w:t>2023  |  Springder</w:t>
      </w:r>
      <w:r>
        <w:t xml:space="preserve"> — Independent short film</w:t>
      </w:r>
    </w:p>
    <w:p w14:paraId="4AED6E01" w14:textId="77777777" w:rsidR="002862A6" w:rsidRDefault="00000000">
      <w:pPr>
        <w:spacing w:after="100"/>
      </w:pPr>
      <w:r>
        <w:t>Moonboot Girl</w:t>
      </w:r>
    </w:p>
    <w:p w14:paraId="11A1E8DE" w14:textId="77777777" w:rsidR="002862A6" w:rsidRDefault="00000000">
      <w:pPr>
        <w:keepNext/>
        <w:spacing w:after="20"/>
      </w:pPr>
      <w:r>
        <w:rPr>
          <w:b/>
        </w:rPr>
        <w:t>2023  |  Deadloch</w:t>
      </w:r>
      <w:r>
        <w:t xml:space="preserve"> — Guesswork Television</w:t>
      </w:r>
    </w:p>
    <w:p w14:paraId="0B6F5196" w14:textId="77777777" w:rsidR="002862A6" w:rsidRDefault="00000000">
      <w:pPr>
        <w:spacing w:after="100"/>
      </w:pPr>
      <w:r>
        <w:t>Background extra</w:t>
      </w:r>
    </w:p>
    <w:p w14:paraId="48999F2A" w14:textId="77777777" w:rsidR="002862A6" w:rsidRDefault="00000000">
      <w:pPr>
        <w:keepNext/>
        <w:spacing w:after="20"/>
      </w:pPr>
      <w:r>
        <w:rPr>
          <w:b/>
        </w:rPr>
        <w:t>2023  |  Alone Together</w:t>
      </w:r>
      <w:r>
        <w:t xml:space="preserve"> — Dylan Hesp</w:t>
      </w:r>
    </w:p>
    <w:p w14:paraId="487BE686" w14:textId="77777777" w:rsidR="002862A6" w:rsidRDefault="00000000">
      <w:pPr>
        <w:spacing w:after="100"/>
      </w:pPr>
      <w:r>
        <w:t>Cuddle Therapy Participant</w:t>
      </w:r>
    </w:p>
    <w:p w14:paraId="54477B78" w14:textId="77777777" w:rsidR="002862A6" w:rsidRDefault="00000000">
      <w:pPr>
        <w:keepNext/>
        <w:spacing w:after="20"/>
      </w:pPr>
      <w:r>
        <w:rPr>
          <w:b/>
        </w:rPr>
        <w:t>2020  |  Kiss Me</w:t>
      </w:r>
      <w:r>
        <w:t xml:space="preserve"> — TAFE student short film; writer/director Jan Miller</w:t>
      </w:r>
    </w:p>
    <w:p w14:paraId="55588DCC" w14:textId="77777777" w:rsidR="002862A6" w:rsidRDefault="00000000">
      <w:pPr>
        <w:spacing w:after="100"/>
      </w:pPr>
      <w:r>
        <w:t>Background extra; unreleased, in post-production</w:t>
      </w:r>
    </w:p>
    <w:p w14:paraId="4144B7D5" w14:textId="77777777" w:rsidR="002862A6" w:rsidRDefault="00000000">
      <w:pPr>
        <w:spacing w:before="180" w:after="80"/>
      </w:pPr>
      <w:r>
        <w:rPr>
          <w:b/>
          <w:color w:val="164B63"/>
        </w:rPr>
        <w:lastRenderedPageBreak/>
        <w:t>PERFORMANCE SKILLS &amp; TRAINING</w:t>
      </w:r>
    </w:p>
    <w:p w14:paraId="044D2F5D" w14:textId="77777777" w:rsidR="002862A6" w:rsidRDefault="00000000">
      <w:r>
        <w:t>Character development; devising and co-writing; hosting; singing (alto/mezzo-soprano); background screen performance. University of Tasmania — Bachelor of Fine Arts, Theatre and Performance major (part-time, in progress; commenced 2023).</w:t>
      </w:r>
    </w:p>
    <w:p w14:paraId="201EB31E" w14:textId="77777777" w:rsidR="002862A6" w:rsidRDefault="00000000">
      <w:pPr>
        <w:spacing w:before="180" w:after="80"/>
      </w:pPr>
      <w:r>
        <w:rPr>
          <w:b/>
          <w:color w:val="164B63"/>
        </w:rPr>
        <w:t>LICENCES &amp; REGISTRATION</w:t>
      </w:r>
    </w:p>
    <w:p w14:paraId="54CA3F71" w14:textId="77777777" w:rsidR="002862A6" w:rsidRDefault="00000000">
      <w:r>
        <w:t>Current Tasmanian Open Car Driver Licence (Manual); current Tasmanian Working with Vulnerable People Registration.</w:t>
      </w:r>
    </w:p>
    <w:p w14:paraId="6DF0BF12" w14:textId="77777777" w:rsidR="002862A6" w:rsidRDefault="00000000">
      <w:pPr>
        <w:spacing w:before="180" w:after="80"/>
      </w:pPr>
      <w:r>
        <w:rPr>
          <w:b/>
          <w:color w:val="164B63"/>
        </w:rPr>
        <w:t>PROFILES &amp; SELECTED WORK</w:t>
      </w:r>
    </w:p>
    <w:p w14:paraId="47DEFA64" w14:textId="77777777" w:rsidR="002862A6" w:rsidRDefault="00000000">
      <w:r>
        <w:t xml:space="preserve">Casting Networks: </w:t>
      </w:r>
      <w:hyperlink r:id="rId8">
        <w:r>
          <w:rPr>
            <w:color w:val="176D9C"/>
            <w:u w:val="single"/>
          </w:rPr>
          <w:t>View online</w:t>
        </w:r>
      </w:hyperlink>
    </w:p>
    <w:p w14:paraId="5038BAE6" w14:textId="77777777" w:rsidR="002862A6" w:rsidRDefault="00000000">
      <w:r>
        <w:t xml:space="preserve">IMDb: </w:t>
      </w:r>
      <w:hyperlink r:id="rId9">
        <w:r>
          <w:rPr>
            <w:color w:val="176D9C"/>
            <w:u w:val="single"/>
          </w:rPr>
          <w:t>View online</w:t>
        </w:r>
      </w:hyperlink>
    </w:p>
    <w:p w14:paraId="2B66EAF7" w14:textId="77777777" w:rsidR="002862A6" w:rsidRDefault="00000000">
      <w:r>
        <w:t xml:space="preserve">Date Me: </w:t>
      </w:r>
      <w:hyperlink r:id="rId10">
        <w:r>
          <w:rPr>
            <w:color w:val="176D9C"/>
            <w:u w:val="single"/>
          </w:rPr>
          <w:t>View online</w:t>
        </w:r>
      </w:hyperlink>
    </w:p>
    <w:p w14:paraId="2650BE4E" w14:textId="77777777" w:rsidR="002862A6" w:rsidRDefault="00000000">
      <w:r>
        <w:t xml:space="preserve">Springder: </w:t>
      </w:r>
      <w:hyperlink r:id="rId11">
        <w:r>
          <w:rPr>
            <w:color w:val="176D9C"/>
            <w:u w:val="single"/>
          </w:rPr>
          <w:t>View online</w:t>
        </w:r>
      </w:hyperlink>
    </w:p>
    <w:p w14:paraId="02A16F23" w14:textId="77777777" w:rsidR="002862A6" w:rsidRDefault="00000000">
      <w:r>
        <w:t xml:space="preserve">Bluebell Bunny Comedy Skit: </w:t>
      </w:r>
      <w:hyperlink r:id="rId12">
        <w:r>
          <w:rPr>
            <w:color w:val="176D9C"/>
            <w:u w:val="single"/>
          </w:rPr>
          <w:t>View online</w:t>
        </w:r>
      </w:hyperlink>
    </w:p>
    <w:sectPr w:rsidR="002862A6" w:rsidSect="00034616">
      <w:footerReference w:type="default" r:id="rId13"/>
      <w:pgSz w:w="12240" w:h="15840"/>
      <w:pgMar w:top="950" w:right="1123" w:bottom="893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3C9620" w14:textId="77777777" w:rsidR="00AE3C12" w:rsidRDefault="00AE3C12">
      <w:pPr>
        <w:spacing w:after="0" w:line="240" w:lineRule="auto"/>
      </w:pPr>
      <w:r>
        <w:separator/>
      </w:r>
    </w:p>
  </w:endnote>
  <w:endnote w:type="continuationSeparator" w:id="0">
    <w:p w14:paraId="5790E1B6" w14:textId="77777777" w:rsidR="00AE3C12" w:rsidRDefault="00AE3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103116" w14:textId="77777777" w:rsidR="002862A6" w:rsidRDefault="00000000">
    <w:pPr>
      <w:pStyle w:val="Footer"/>
      <w:jc w:val="center"/>
    </w:pPr>
    <w:r>
      <w:rPr>
        <w:sz w:val="14"/>
      </w:rPr>
      <w:t xml:space="preserve">AMANDA </w:t>
    </w:r>
    <w:proofErr w:type="gramStart"/>
    <w:r>
      <w:rPr>
        <w:sz w:val="14"/>
      </w:rPr>
      <w:t>SUTHERLAND  •</w:t>
    </w:r>
    <w:proofErr w:type="gramEnd"/>
    <w:r>
      <w:rPr>
        <w:sz w:val="14"/>
      </w:rPr>
      <w:t xml:space="preserve">  PERFORMANCE CV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BC5323" w14:textId="77777777" w:rsidR="00AE3C12" w:rsidRDefault="00AE3C12">
      <w:pPr>
        <w:spacing w:after="0" w:line="240" w:lineRule="auto"/>
      </w:pPr>
      <w:r>
        <w:separator/>
      </w:r>
    </w:p>
  </w:footnote>
  <w:footnote w:type="continuationSeparator" w:id="0">
    <w:p w14:paraId="0CB18711" w14:textId="77777777" w:rsidR="00AE3C12" w:rsidRDefault="00AE3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1379124">
    <w:abstractNumId w:val="8"/>
  </w:num>
  <w:num w:numId="2" w16cid:durableId="1649704194">
    <w:abstractNumId w:val="6"/>
  </w:num>
  <w:num w:numId="3" w16cid:durableId="1317342450">
    <w:abstractNumId w:val="5"/>
  </w:num>
  <w:num w:numId="4" w16cid:durableId="1683894174">
    <w:abstractNumId w:val="4"/>
  </w:num>
  <w:num w:numId="5" w16cid:durableId="927078354">
    <w:abstractNumId w:val="7"/>
  </w:num>
  <w:num w:numId="6" w16cid:durableId="679625530">
    <w:abstractNumId w:val="3"/>
  </w:num>
  <w:num w:numId="7" w16cid:durableId="1195998269">
    <w:abstractNumId w:val="2"/>
  </w:num>
  <w:num w:numId="8" w16cid:durableId="865367883">
    <w:abstractNumId w:val="1"/>
  </w:num>
  <w:num w:numId="9" w16cid:durableId="11721423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7263"/>
    <w:rsid w:val="002862A6"/>
    <w:rsid w:val="0029639D"/>
    <w:rsid w:val="00326F90"/>
    <w:rsid w:val="00AA1D8D"/>
    <w:rsid w:val="00AE3C12"/>
    <w:rsid w:val="00B47730"/>
    <w:rsid w:val="00C2581B"/>
    <w:rsid w:val="00CB0664"/>
    <w:rsid w:val="00F342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666A18"/>
  <w14:defaultImageDpi w14:val="300"/>
  <w15:docId w15:val="{48594C6B-61CE-4A4D-B789-35D2027D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52E37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castingnetworks.com/talent/public-profile/df323a64-a57f-11ec-a4a3-bd6125273a4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4s2mkKPkVr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0WmR4LT0tf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youtu.be/renpkYc5ImQ?si=rOCbvM8ZMqVR-ey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mdb.com/name/nm1358710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Amanda Sutherland</cp:lastModifiedBy>
  <cp:revision>2</cp:revision>
  <dcterms:created xsi:type="dcterms:W3CDTF">2026-10-11T09:47:00Z</dcterms:created>
  <dcterms:modified xsi:type="dcterms:W3CDTF">2026-10-11T09:47:00Z</dcterms:modified>
  <cp:category/>
</cp:coreProperties>
</file>